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הכלב שוקו - קריאה ותנועות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מילים עם כל סוגי התנועות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המילה כֶּלֶב ולזהות אותיות 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משפטים פשוטים על שוקו הכלב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שוקו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בכדורגל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הב 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הקראה לדוגמה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בכותרת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בכותרת מופיע סמל של כדורגל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כ, ל,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מתחילים מהקצרה ומוסיפים שורות בהדרגה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כַּדּוּרֶגֶל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כֶּלֶב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תְּנוּעָה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כֶּלֶב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תנועה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(כִּי)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(כַּ)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(כֶּ כמו במילה כֶּלֶב)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(כּוּ)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אות אחת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מוסיפים תנועה לאות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הברה 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מצרפים הברות ובונים את המילה כֶּלֶב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הכוללת את שוקו, כלב וכדורגל, בכתיב ברור ומשפט שלם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שוקו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תנועה נכונה כמו פתח, קמץ, חיריק או סגול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שם הכלב בקול ולבקש מהתלמידים לחזור אחרי כל תנועה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את פירמידת הקריאה בזוגות, שורה אחרי שורה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כדאי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הכלב שוקו - קריאה ותנועות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נקרא על כלב ששמו שוקו. שוקו אוהב לשחק כדור. נתרגל לקרוא מילים קטנות וגדולות.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תְּנוּעָה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קטן שעוזר לקרוא את האות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כֶּלֶב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חיה שנובחת ואוהבת לשחק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כַּדּוּרֶגֶל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עם כדור וברגליים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פִּירָמִידָה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לתרגל קריאה, שורה אחר שורה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הֲבָרָה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קטן במילה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הַקְרָאָה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כשמישהו קורא בקול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לכלב?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שוקו אוהב?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במטריה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אות ראשונה במילה כלב?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קול הכלב משמיע?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 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קוקוריקו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עוזר לשמוע 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הקראה לדוגמה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הצגת הכול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עוד שורה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שוקו הוא שמו של כלב.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שוקו משחק כדורסל.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כֶּלֶב יש שלוש אותיות.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בפירמידת קריאה מתחילים תמיד מהמילה הכי ארוכה.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הַכֶּלֶב שׁוֹקוֹ אוֹהֵב לְשַׂחֵק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בְּפִירָמִידַת הַקְּרִיאָה מַתְחִילִים מֵהַמִּלָּה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הַסִּימָן שֶׁעוֹזֵר לִקְרֹא אֶת הָאוֹת נִקְרָא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שׁוֹקוֹ הוּא __________ חָמוּד וְאוֹהֵב לְשַׂחֵק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תנועה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חִירִיק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כֶּ כמו במילה כֶּלֶב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פַּתַח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כִּי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סֶגוֹל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כּוּ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שׁוּרוּק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כַּ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בניית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מצרפים הברות ובונים את המילה כֶּלֶב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אות אחת לבד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תנועה לאות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הברה שלמה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במשפט או שניים איך נראה שוקו כשהוא משחק כדורגל, ולמה חשבתם כך.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הכלב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משחק אוהב שוקו לשחק?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תנועה אחת שלמדתם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הכלב שוקו - קריאה ותנועות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