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הכלב שוקו - קריאה ותנועות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עם כל סוגי התנועות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המילה כֶּלֶב ולזהות אותיות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פשוטים על שוקו הכלב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בכותרת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בכותרת מופיע סמל של 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כַּדּוּרֶגֶל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כֶּלֶב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תנועה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(כִּי)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(כַּ)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(כֶּ כמו במילה כֶּלֶב)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(כּוּ)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אות אחת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תנועה 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הברה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מצרפים הברות ובונים את המילה כֶּלֶב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את שוקו, כלב וכדורגל, בכתיב ברור ומשפט 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תנועה נכונה כמו פתח, קמץ, חיריק או 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שם הכלב בקול ולבקש מהתלמידים לחזור אחרי כל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פירמידת הקריאה בזוגות, שורה אחרי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כדאי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הכלב שוקו - קריאה ותנועות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נפגוש את שוקו, כלב שאוהב לשחק כדורגל. נתרגל יחד קריאה של מילים עם תנועות שונות ונבנה פירמידת קריאה.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כֶּלֶב  ·  כַּדּוּרֶגֶל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שם הכלב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במה אוהב שוקו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בעוגה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שוקו הוא שמו של כלב.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שוקו משחק כדורסל.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הַכֶּלֶב שׁוֹקוֹ אוֹהֵב לְשַׂחֵק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בְּפִירָמִידַת הַקְּרִיאָה מַתְחִילִים מֵהַמִּלָּה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תנועה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חִירִיק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כֶּ כמו במילה כֶּלֶב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פַּתַח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כּוּ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סֶגוֹל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כִּי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שׁוּרוּק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כַּ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מצרפים הברות ובונים את המילה כֶּלֶב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הברה שלמה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תנועה לאות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אות אחת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במשפט או שניים איך נראה שוקו כשהוא משחק כדורגל, ולמה חשבתם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הכלב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משחק אוהב שוקו לשחק?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הכלב שוקו - קריאה ותנועות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